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B2D4F" w14:textId="03BA9322" w:rsidR="001E0D3D" w:rsidRDefault="00542AFF" w:rsidP="00422D0D">
      <w:pPr>
        <w:pStyle w:val="Title"/>
        <w:jc w:val="center"/>
      </w:pPr>
      <w:r w:rsidRPr="004F2AB6">
        <w:drawing>
          <wp:inline distT="0" distB="0" distL="0" distR="0" wp14:anchorId="27AB33BA" wp14:editId="6DEC3F22">
            <wp:extent cx="1695687" cy="1686160"/>
            <wp:effectExtent l="0" t="0" r="0" b="0"/>
            <wp:docPr id="226821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8211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5687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1D21E" w14:textId="7C539231" w:rsidR="00422D0D" w:rsidRDefault="00422D0D" w:rsidP="00422D0D">
      <w:pPr>
        <w:rPr>
          <w:b/>
          <w:bCs/>
        </w:rPr>
      </w:pPr>
      <w:r>
        <w:rPr>
          <w:b/>
          <w:bCs/>
        </w:rPr>
        <w:t>Contact Details: -</w:t>
      </w:r>
    </w:p>
    <w:p w14:paraId="41B295B6" w14:textId="026DD478" w:rsidR="008C7146" w:rsidRPr="008C7146" w:rsidRDefault="008C7146" w:rsidP="00422D0D">
      <w:r>
        <w:t>1 Harare Drive and Borrowdale Rd, Harare</w:t>
      </w:r>
    </w:p>
    <w:p w14:paraId="3907C83C" w14:textId="2D1C6BBF" w:rsidR="001E0D3D" w:rsidRDefault="00000000">
      <w:r>
        <w:t>0786700990, 0772901243</w:t>
      </w:r>
      <w:r w:rsidR="00422D0D">
        <w:t>,</w:t>
      </w:r>
      <w:r>
        <w:t xml:space="preserve"> 0777463462, 0716959452 </w:t>
      </w:r>
    </w:p>
    <w:p w14:paraId="58FBE251" w14:textId="18E33CBF" w:rsidR="00422D0D" w:rsidRDefault="00422D0D">
      <w:hyperlink r:id="rId7" w:history="1">
        <w:r w:rsidRPr="002E6F2B">
          <w:rPr>
            <w:rStyle w:val="Hyperlink"/>
          </w:rPr>
          <w:t>admin@tutorialhomeschool.co.zw</w:t>
        </w:r>
      </w:hyperlink>
      <w:r>
        <w:t xml:space="preserve">, </w:t>
      </w:r>
      <w:hyperlink r:id="rId8" w:history="1">
        <w:r w:rsidRPr="002E6F2B">
          <w:rPr>
            <w:rStyle w:val="Hyperlink"/>
          </w:rPr>
          <w:t>enquires@tutorialhomeschool.co.zw</w:t>
        </w:r>
      </w:hyperlink>
    </w:p>
    <w:p w14:paraId="0AC3ED70" w14:textId="52EE612B" w:rsidR="00422D0D" w:rsidRDefault="00422D0D">
      <w:hyperlink r:id="rId9" w:history="1">
        <w:r w:rsidRPr="002E6F2B">
          <w:rPr>
            <w:rStyle w:val="Hyperlink"/>
          </w:rPr>
          <w:t>www.tutorialhomeschool.co.zw</w:t>
        </w:r>
      </w:hyperlink>
    </w:p>
    <w:p w14:paraId="6A9A5C22" w14:textId="3034EAF2" w:rsidR="001E0D3D" w:rsidRPr="00422D0D" w:rsidRDefault="00422D0D" w:rsidP="00422D0D">
      <w:pPr>
        <w:jc w:val="center"/>
        <w:rPr>
          <w:b/>
          <w:bCs/>
          <w:color w:val="1F497D" w:themeColor="text2"/>
          <w:sz w:val="32"/>
          <w:szCs w:val="32"/>
        </w:rPr>
      </w:pPr>
      <w:r w:rsidRPr="00422D0D">
        <w:rPr>
          <w:b/>
          <w:bCs/>
          <w:color w:val="1F497D" w:themeColor="text2"/>
          <w:sz w:val="32"/>
          <w:szCs w:val="32"/>
        </w:rPr>
        <w:t xml:space="preserve">TUTORIAL HOME </w:t>
      </w:r>
      <w:r w:rsidR="00F51F50" w:rsidRPr="00422D0D">
        <w:rPr>
          <w:b/>
          <w:bCs/>
          <w:color w:val="1F497D" w:themeColor="text2"/>
          <w:sz w:val="32"/>
          <w:szCs w:val="32"/>
        </w:rPr>
        <w:t xml:space="preserve">SCHOOL </w:t>
      </w:r>
      <w:r w:rsidR="008C7146" w:rsidRPr="00422D0D">
        <w:rPr>
          <w:b/>
          <w:bCs/>
          <w:color w:val="1F497D" w:themeColor="text2"/>
          <w:sz w:val="32"/>
          <w:szCs w:val="32"/>
        </w:rPr>
        <w:t>APPLICATION FORM</w:t>
      </w:r>
    </w:p>
    <w:p w14:paraId="3ECD6D2D" w14:textId="2B14408E" w:rsidR="001E0D3D" w:rsidRDefault="00000000">
      <w:r>
        <w:t>PARENT/</w:t>
      </w:r>
      <w:r w:rsidR="008C7146">
        <w:t>GUARDIAN INFORMATION</w:t>
      </w:r>
    </w:p>
    <w:p w14:paraId="69E2359B" w14:textId="77777777" w:rsidR="001E0D3D" w:rsidRDefault="00000000">
      <w:r>
        <w:t>NAME:  MR/MRS/MS:  ........................................................................................................................</w:t>
      </w:r>
    </w:p>
    <w:p w14:paraId="262F687B" w14:textId="77777777" w:rsidR="001E0D3D" w:rsidRDefault="00000000">
      <w:r>
        <w:t>I.D.  NUMBER:...................................................................................................................... ...............</w:t>
      </w:r>
    </w:p>
    <w:p w14:paraId="03C8031D" w14:textId="77777777" w:rsidR="001E0D3D" w:rsidRDefault="00000000">
      <w:r>
        <w:t>CONTACT  INFORMATION</w:t>
      </w:r>
    </w:p>
    <w:p w14:paraId="2B2C2D81" w14:textId="77777777" w:rsidR="001E0D3D" w:rsidRDefault="00000000">
      <w:r>
        <w:t>HOME ADDRESS:…………….............................................................................................................</w:t>
      </w:r>
    </w:p>
    <w:p w14:paraId="58DA69A8" w14:textId="77777777" w:rsidR="001E0D3D" w:rsidRDefault="00000000">
      <w:r>
        <w:t>............................................................................................................................. ...............................</w:t>
      </w:r>
    </w:p>
    <w:p w14:paraId="4E1429EC" w14:textId="77777777" w:rsidR="001E0D3D" w:rsidRDefault="00000000">
      <w:r>
        <w:t>CELL #:..........................................................  LANDLINE  #:..............................................................</w:t>
      </w:r>
    </w:p>
    <w:p w14:paraId="76991F0B" w14:textId="77777777" w:rsidR="001E0D3D" w:rsidRDefault="00000000">
      <w:r>
        <w:t>EMAIL:....................................................................................................................... .........................</w:t>
      </w:r>
    </w:p>
    <w:p w14:paraId="6B48E0CE" w14:textId="77777777" w:rsidR="001E0D3D" w:rsidRDefault="00000000">
      <w:r>
        <w:t>WORK  CONTACTS  DETAILS</w:t>
      </w:r>
    </w:p>
    <w:p w14:paraId="65E529C2" w14:textId="77777777" w:rsidR="001E0D3D" w:rsidRDefault="00000000">
      <w:r>
        <w:t>WORK   ADDRESS:……………….........................................................................................................</w:t>
      </w:r>
    </w:p>
    <w:p w14:paraId="237FD91C" w14:textId="77777777" w:rsidR="001E0D3D" w:rsidRDefault="00000000">
      <w:r>
        <w:t>............................................................................................................................. ...............................</w:t>
      </w:r>
    </w:p>
    <w:p w14:paraId="7AB8D4A5" w14:textId="77777777" w:rsidR="001E0D3D" w:rsidRDefault="00000000">
      <w:r>
        <w:t>CEL #:..........................................................  LANDLINE  #:................................................................</w:t>
      </w:r>
    </w:p>
    <w:p w14:paraId="1FC2B71A" w14:textId="77777777" w:rsidR="001E0D3D" w:rsidRDefault="00000000">
      <w:r>
        <w:t>EMAIL:....................................................................................................................... .........................</w:t>
      </w:r>
    </w:p>
    <w:p w14:paraId="0BF72F59" w14:textId="77777777" w:rsidR="001E0D3D" w:rsidRDefault="00000000">
      <w:r>
        <w:br w:type="page"/>
      </w:r>
    </w:p>
    <w:p w14:paraId="24E02713" w14:textId="2B606828" w:rsidR="001E0D3D" w:rsidRPr="00F51F50" w:rsidRDefault="00F51F50" w:rsidP="00422D0D">
      <w:pPr>
        <w:jc w:val="center"/>
        <w:rPr>
          <w:b/>
          <w:bCs/>
          <w:color w:val="1F497D" w:themeColor="text2"/>
          <w:sz w:val="32"/>
          <w:szCs w:val="32"/>
        </w:rPr>
      </w:pPr>
      <w:r w:rsidRPr="00F51F50">
        <w:rPr>
          <w:b/>
          <w:bCs/>
          <w:color w:val="1F497D" w:themeColor="text2"/>
          <w:sz w:val="32"/>
          <w:szCs w:val="32"/>
        </w:rPr>
        <w:lastRenderedPageBreak/>
        <w:t>STUDENT INFORMATION</w:t>
      </w:r>
    </w:p>
    <w:p w14:paraId="4647D127" w14:textId="425B91CD" w:rsidR="001E0D3D" w:rsidRDefault="00000000">
      <w:r>
        <w:t>FULL NAME:  ………………………………………</w:t>
      </w:r>
      <w:r w:rsidR="008C7146">
        <w:t>DATE OF</w:t>
      </w:r>
      <w:r>
        <w:t xml:space="preserve"> BIRTH……………………………</w:t>
      </w:r>
    </w:p>
    <w:p w14:paraId="4C2FA96C" w14:textId="77777777" w:rsidR="001E0D3D" w:rsidRDefault="00000000">
      <w:r>
        <w:t>PREFFERED  NAME: ………………………..………………………………….……………………………….………….</w:t>
      </w:r>
    </w:p>
    <w:p w14:paraId="5B836F6C" w14:textId="77777777" w:rsidR="001E0D3D" w:rsidRDefault="00000000">
      <w:r>
        <w:t>GENDER</w:t>
      </w:r>
    </w:p>
    <w:p w14:paraId="5C565E3F" w14:textId="77777777" w:rsidR="001E0D3D" w:rsidRDefault="00000000">
      <w:r>
        <w:t>MALE:   FEMALE:</w:t>
      </w:r>
    </w:p>
    <w:p w14:paraId="786A72D2" w14:textId="77777777" w:rsidR="001E0D3D" w:rsidRDefault="00000000">
      <w:r>
        <w:t>PREVIOUS  SCHOOL : ………………………………………………………...……………….…………………..……</w:t>
      </w:r>
    </w:p>
    <w:p w14:paraId="26C3DD9F" w14:textId="77777777" w:rsidR="001E0D3D" w:rsidRDefault="00000000">
      <w:r>
        <w:t>SESSION : FULL TIME:</w:t>
      </w:r>
    </w:p>
    <w:p w14:paraId="4319F600" w14:textId="77777777" w:rsidR="001E0D3D" w:rsidRDefault="00000000">
      <w:r>
        <w:t>SYLLABUS : CAMBRIDGE</w:t>
      </w:r>
    </w:p>
    <w:p w14:paraId="55FF44A7" w14:textId="77777777" w:rsidR="001E0D3D" w:rsidRDefault="00000000">
      <w:r>
        <w:t>NUMBER  OF SUBJECTS :  LEVEL/GRADE :</w:t>
      </w:r>
    </w:p>
    <w:p w14:paraId="3CF98EAA" w14:textId="77777777" w:rsidR="001E0D3D" w:rsidRDefault="00000000">
      <w:r>
        <w:t>LIST   OF   SUBJECTS :      ……………………………………..………………………………..............</w:t>
      </w:r>
    </w:p>
    <w:p w14:paraId="4CE2DAFC" w14:textId="77777777" w:rsidR="001E0D3D" w:rsidRDefault="00000000">
      <w:r>
        <w:t>……………………………………………………………………………………………….……….</w:t>
      </w:r>
    </w:p>
    <w:p w14:paraId="35F7DD79" w14:textId="77777777" w:rsidR="001E0D3D" w:rsidRDefault="00000000">
      <w:r>
        <w:t>………………………………………………………………….…………………………………….</w:t>
      </w:r>
    </w:p>
    <w:p w14:paraId="00F84254" w14:textId="77777777" w:rsidR="001E0D3D" w:rsidRDefault="00000000">
      <w:r>
        <w:t>AREAS     OF    CONCERN :………………………………………………..…….…...………………..</w:t>
      </w:r>
    </w:p>
    <w:p w14:paraId="4F153C0C" w14:textId="77777777" w:rsidR="001E0D3D" w:rsidRDefault="00000000">
      <w:r>
        <w:t>………………………………………………………………..………………………………………</w:t>
      </w:r>
    </w:p>
    <w:p w14:paraId="7CAD86A7" w14:textId="77777777" w:rsidR="001E0D3D" w:rsidRDefault="00000000">
      <w:r>
        <w:t>……………………………………………………………………..…………………………………</w:t>
      </w:r>
    </w:p>
    <w:p w14:paraId="2813A85C" w14:textId="77777777" w:rsidR="001E0D3D" w:rsidRDefault="00000000">
      <w:r>
        <w:t>STARTING DATE : ……………………..…………</w:t>
      </w:r>
    </w:p>
    <w:p w14:paraId="152E9649" w14:textId="77777777" w:rsidR="001E0D3D" w:rsidRDefault="00000000">
      <w:r>
        <w:t>REGISTRATION FEE : $………………………………</w:t>
      </w:r>
    </w:p>
    <w:p w14:paraId="37481F39" w14:textId="77777777" w:rsidR="001E0D3D" w:rsidRDefault="00000000">
      <w:r>
        <w:t>ADMINISTRATION FEE : $………………………………</w:t>
      </w:r>
    </w:p>
    <w:p w14:paraId="64E2AA17" w14:textId="77777777" w:rsidR="001E0D3D" w:rsidRDefault="00000000">
      <w:r>
        <w:t>FEES PER TERM : $………………………………</w:t>
      </w:r>
    </w:p>
    <w:p w14:paraId="66A43322" w14:textId="77777777" w:rsidR="001E0D3D" w:rsidRDefault="00000000">
      <w:r>
        <w:t>TOTAL  FEES DUE: $………………………………</w:t>
      </w:r>
    </w:p>
    <w:p w14:paraId="444A8614" w14:textId="77777777" w:rsidR="001E0D3D" w:rsidRDefault="00000000">
      <w:r>
        <w:t>PLEASE  NOTE:</w:t>
      </w:r>
    </w:p>
    <w:p w14:paraId="7A06883A" w14:textId="77777777" w:rsidR="001E0D3D" w:rsidRDefault="00000000">
      <w:r>
        <w:t>(i) No refund  of fees is possible.</w:t>
      </w:r>
    </w:p>
    <w:p w14:paraId="67A5068A" w14:textId="77777777" w:rsidR="001E0D3D" w:rsidRDefault="00000000">
      <w:r>
        <w:t>(ii) All new students  are expected  to make  full fees payment  as they enrol.</w:t>
      </w:r>
    </w:p>
    <w:p w14:paraId="40F8C482" w14:textId="77777777" w:rsidR="001E0D3D" w:rsidRDefault="00000000">
      <w:r>
        <w:br w:type="page"/>
      </w:r>
    </w:p>
    <w:p w14:paraId="22978A0B" w14:textId="4FCD391B" w:rsidR="001E0D3D" w:rsidRPr="00422D0D" w:rsidRDefault="00F51F50" w:rsidP="00422D0D">
      <w:pPr>
        <w:jc w:val="center"/>
        <w:rPr>
          <w:b/>
          <w:bCs/>
          <w:color w:val="1F497D" w:themeColor="text2"/>
          <w:sz w:val="32"/>
          <w:szCs w:val="32"/>
        </w:rPr>
      </w:pPr>
      <w:r w:rsidRPr="00422D0D">
        <w:rPr>
          <w:b/>
          <w:bCs/>
          <w:color w:val="1F497D" w:themeColor="text2"/>
          <w:sz w:val="32"/>
          <w:szCs w:val="32"/>
        </w:rPr>
        <w:lastRenderedPageBreak/>
        <w:t>MEDICAL DETAILS</w:t>
      </w:r>
    </w:p>
    <w:p w14:paraId="2A97812B" w14:textId="10B0EBDC" w:rsidR="001E0D3D" w:rsidRDefault="00F51F50">
      <w:r>
        <w:t>STUDENT NAME</w:t>
      </w:r>
      <w:proofErr w:type="gramStart"/>
      <w:r>
        <w:t>:  ......</w:t>
      </w:r>
      <w:proofErr w:type="gramEnd"/>
      <w:r>
        <w:t>...................................................................................................................</w:t>
      </w:r>
    </w:p>
    <w:p w14:paraId="114318CE" w14:textId="77777777" w:rsidR="001E0D3D" w:rsidRDefault="00000000">
      <w:r>
        <w:t>ALLERGIES: .................................................................................................................. ...............</w:t>
      </w:r>
    </w:p>
    <w:p w14:paraId="561B4391" w14:textId="77777777" w:rsidR="001E0D3D" w:rsidRDefault="00000000">
      <w:r>
        <w:t>HEALTH  CONDITIONS/CONCERNS:  .........................................................................................</w:t>
      </w:r>
    </w:p>
    <w:p w14:paraId="6EFBFC5F" w14:textId="77777777" w:rsidR="001E0D3D" w:rsidRDefault="00000000">
      <w:r>
        <w:t>............................................................................................................................. ........................</w:t>
      </w:r>
    </w:p>
    <w:p w14:paraId="540DBB87" w14:textId="77777777" w:rsidR="001E0D3D" w:rsidRDefault="00000000">
      <w:r>
        <w:t>(MEDICATION):  Give details  if relevant:  .................................................................................</w:t>
      </w:r>
    </w:p>
    <w:p w14:paraId="2DDFFCFD" w14:textId="77777777" w:rsidR="001E0D3D" w:rsidRDefault="00000000">
      <w:r>
        <w:t>............................................................................................................................. ........................</w:t>
      </w:r>
    </w:p>
    <w:p w14:paraId="04F952AD" w14:textId="77777777" w:rsidR="001E0D3D" w:rsidRDefault="00000000">
      <w:r>
        <w:t>NAME  OF DOCTOR:  ..................................................................................................................</w:t>
      </w:r>
    </w:p>
    <w:p w14:paraId="6BE56560" w14:textId="77777777" w:rsidR="001E0D3D" w:rsidRDefault="00000000">
      <w:r>
        <w:t>CONTACT   NUMBER....................................................................................................................</w:t>
      </w:r>
    </w:p>
    <w:p w14:paraId="5A6F0C5C" w14:textId="77777777" w:rsidR="001E0D3D" w:rsidRDefault="00000000">
      <w:r>
        <w:t>ALTERNATIVE    EMERGENCY    CONTACT:    ……….…….………….…………………………………</w:t>
      </w:r>
    </w:p>
    <w:p w14:paraId="713A0241" w14:textId="77777777" w:rsidR="001E0D3D" w:rsidRDefault="00000000">
      <w:r>
        <w:t>……………………………….……………………………………………………………………………</w:t>
      </w:r>
    </w:p>
    <w:p w14:paraId="597579D6" w14:textId="77777777" w:rsidR="001E0D3D" w:rsidRDefault="00000000">
      <w:r>
        <w:t>MEDICAL  AID: ............................................................................................................................</w:t>
      </w:r>
    </w:p>
    <w:p w14:paraId="0ACFFB42" w14:textId="77777777" w:rsidR="001E0D3D" w:rsidRDefault="00000000">
      <w:r>
        <w:t>EMERGENCY  CONTACT:  ..........................................................................................................</w:t>
      </w:r>
    </w:p>
    <w:p w14:paraId="67E6D7C2" w14:textId="77777777" w:rsidR="001E0D3D" w:rsidRDefault="00000000">
      <w:r>
        <w:t>............................................................................................................................. ........................</w:t>
      </w:r>
    </w:p>
    <w:p w14:paraId="1DF023F1" w14:textId="77777777" w:rsidR="001E0D3D" w:rsidRDefault="00000000">
      <w:r>
        <w:t>ILLNESS:  ............................................................................................................................. .........</w:t>
      </w:r>
    </w:p>
    <w:p w14:paraId="209F8EB3" w14:textId="77777777" w:rsidR="001E0D3D" w:rsidRDefault="00000000">
      <w:r>
        <w:t>MEDICATION:  ............................................................................................................................</w:t>
      </w:r>
    </w:p>
    <w:p w14:paraId="24321AB5" w14:textId="77777777" w:rsidR="001E0D3D" w:rsidRDefault="00000000">
      <w:r>
        <w:t>DOSAGE:  ..........................................................................  TIME: ...............................................</w:t>
      </w:r>
    </w:p>
    <w:p w14:paraId="313755A4" w14:textId="77777777" w:rsidR="001E0D3D" w:rsidRDefault="00000000">
      <w:r>
        <w:t>PERMISSION  TO ADMINISTER  MEDICATION  (Special  form)</w:t>
      </w:r>
    </w:p>
    <w:p w14:paraId="32DD3DC9" w14:textId="77777777" w:rsidR="001E0D3D" w:rsidRDefault="00000000">
      <w:r>
        <w:t>PARENT’S  NAME:  .............................................................  SIGNATURE:  ....................................</w:t>
      </w:r>
    </w:p>
    <w:p w14:paraId="6C980D40" w14:textId="77777777" w:rsidR="001E0D3D" w:rsidRDefault="00000000">
      <w:r>
        <w:t>TUTORIAL  HOME REP: .....................................................  SIGNATURE:  .....................................</w:t>
      </w:r>
    </w:p>
    <w:p w14:paraId="20414A29" w14:textId="77777777" w:rsidR="001E0D3D" w:rsidRDefault="00000000">
      <w:r>
        <w:t>DATE:  ........................................................</w:t>
      </w:r>
    </w:p>
    <w:sectPr w:rsidR="001E0D3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0494139">
    <w:abstractNumId w:val="8"/>
  </w:num>
  <w:num w:numId="2" w16cid:durableId="521482408">
    <w:abstractNumId w:val="6"/>
  </w:num>
  <w:num w:numId="3" w16cid:durableId="1077480895">
    <w:abstractNumId w:val="5"/>
  </w:num>
  <w:num w:numId="4" w16cid:durableId="996767565">
    <w:abstractNumId w:val="4"/>
  </w:num>
  <w:num w:numId="5" w16cid:durableId="1553882668">
    <w:abstractNumId w:val="7"/>
  </w:num>
  <w:num w:numId="6" w16cid:durableId="1978798421">
    <w:abstractNumId w:val="3"/>
  </w:num>
  <w:num w:numId="7" w16cid:durableId="1441418050">
    <w:abstractNumId w:val="2"/>
  </w:num>
  <w:num w:numId="8" w16cid:durableId="1393457058">
    <w:abstractNumId w:val="1"/>
  </w:num>
  <w:num w:numId="9" w16cid:durableId="44993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9D6"/>
    <w:rsid w:val="001E0D3D"/>
    <w:rsid w:val="0029639D"/>
    <w:rsid w:val="00326F90"/>
    <w:rsid w:val="00422D0D"/>
    <w:rsid w:val="00542AFF"/>
    <w:rsid w:val="008C7146"/>
    <w:rsid w:val="00AA1D8D"/>
    <w:rsid w:val="00B47730"/>
    <w:rsid w:val="00C64430"/>
    <w:rsid w:val="00CB0664"/>
    <w:rsid w:val="00F51F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B3C365"/>
  <w14:defaultImageDpi w14:val="300"/>
  <w15:docId w15:val="{6E8BFDD7-C747-4549-9C4F-262D1366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22D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es@tutorialhomeschool.co.zw" TargetMode="External"/><Relationship Id="rId3" Type="http://schemas.openxmlformats.org/officeDocument/2006/relationships/styles" Target="styles.xml"/><Relationship Id="rId7" Type="http://schemas.openxmlformats.org/officeDocument/2006/relationships/hyperlink" Target="mailto:admin@tutorialhomeschool.co.z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utorialhomeschool.co.z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Carlington Kwinjo</cp:lastModifiedBy>
  <cp:revision>3</cp:revision>
  <dcterms:created xsi:type="dcterms:W3CDTF">2013-12-23T23:15:00Z</dcterms:created>
  <dcterms:modified xsi:type="dcterms:W3CDTF">2026-09-08T09:27:00Z</dcterms:modified>
  <cp:category/>
</cp:coreProperties>
</file>